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9690C" w14:textId="77777777" w:rsidR="00E57268" w:rsidRDefault="00E57268">
      <w:pPr>
        <w:pStyle w:val="Ttulo"/>
        <w:rPr>
          <w:lang w:val="es-MX"/>
        </w:rPr>
      </w:pPr>
    </w:p>
    <w:p w14:paraId="59BD0FF0" w14:textId="4138C138" w:rsidR="00AF14DD" w:rsidRPr="00E57268" w:rsidRDefault="009F7DF4">
      <w:pPr>
        <w:pStyle w:val="Ttulo"/>
        <w:rPr>
          <w:lang w:val="es-MX"/>
        </w:rPr>
      </w:pPr>
      <w:r w:rsidRPr="00E57268">
        <w:rPr>
          <w:lang w:val="es-MX"/>
        </w:rPr>
        <w:t>FORMATO OFICIAL DE INSCRIPCIÓN</w:t>
      </w:r>
    </w:p>
    <w:p w14:paraId="451953C3" w14:textId="77777777" w:rsidR="00AF14DD" w:rsidRPr="00E57268" w:rsidRDefault="009F7DF4">
      <w:pPr>
        <w:rPr>
          <w:sz w:val="28"/>
          <w:szCs w:val="28"/>
          <w:lang w:val="es-MX"/>
        </w:rPr>
      </w:pPr>
      <w:r w:rsidRPr="00E57268">
        <w:rPr>
          <w:sz w:val="28"/>
          <w:szCs w:val="28"/>
          <w:lang w:val="es-MX"/>
        </w:rPr>
        <w:t>Certamen para la Elección de la Reina de la 4.ª Feria del Aguacate 2026</w:t>
      </w:r>
    </w:p>
    <w:p w14:paraId="202EDF49" w14:textId="77777777" w:rsidR="00E57268" w:rsidRDefault="00E57268">
      <w:pPr>
        <w:rPr>
          <w:lang w:val="es-MX"/>
        </w:rPr>
      </w:pPr>
    </w:p>
    <w:p w14:paraId="77AF370E" w14:textId="3FC5BEA0" w:rsidR="00AF14DD" w:rsidRPr="00E57268" w:rsidRDefault="009F7DF4">
      <w:pPr>
        <w:rPr>
          <w:sz w:val="28"/>
          <w:szCs w:val="28"/>
          <w:lang w:val="es-MX"/>
        </w:rPr>
      </w:pPr>
      <w:r w:rsidRPr="00E57268">
        <w:rPr>
          <w:lang w:val="es-MX"/>
        </w:rPr>
        <w:br/>
      </w:r>
      <w:r w:rsidRPr="00E57268">
        <w:rPr>
          <w:sz w:val="28"/>
          <w:szCs w:val="28"/>
          <w:lang w:val="es-MX"/>
        </w:rPr>
        <w:t>I. DATOS GENERALES</w:t>
      </w:r>
    </w:p>
    <w:p w14:paraId="17DFFE69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>Nombre completo: ________________________________</w:t>
      </w:r>
    </w:p>
    <w:p w14:paraId="072FD266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>Fecha de nacimiento: ____ / ____ / ______</w:t>
      </w:r>
    </w:p>
    <w:p w14:paraId="50A734C6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>Edad: __________</w:t>
      </w:r>
    </w:p>
    <w:p w14:paraId="39A05FBB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 xml:space="preserve">Lugar de </w:t>
      </w:r>
      <w:r w:rsidRPr="00E57268">
        <w:rPr>
          <w:lang w:val="es-MX"/>
        </w:rPr>
        <w:t>nacimiento: ________________________________</w:t>
      </w:r>
    </w:p>
    <w:p w14:paraId="58854D91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>CURP: ________________________________</w:t>
      </w:r>
    </w:p>
    <w:p w14:paraId="0CFD9C34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>Domicilio: ________________________________</w:t>
      </w:r>
    </w:p>
    <w:p w14:paraId="785E3946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>Teléfono: ________________________________</w:t>
      </w:r>
    </w:p>
    <w:p w14:paraId="51C83015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>Correo electrónico: ________________________________</w:t>
      </w:r>
    </w:p>
    <w:p w14:paraId="07E98700" w14:textId="77777777" w:rsidR="00AF14DD" w:rsidRPr="00E57268" w:rsidRDefault="009F7DF4">
      <w:pPr>
        <w:rPr>
          <w:sz w:val="28"/>
          <w:szCs w:val="28"/>
          <w:lang w:val="es-MX"/>
        </w:rPr>
      </w:pPr>
      <w:r w:rsidRPr="00E57268">
        <w:rPr>
          <w:lang w:val="es-MX"/>
        </w:rPr>
        <w:br/>
      </w:r>
      <w:r w:rsidRPr="00E57268">
        <w:rPr>
          <w:sz w:val="28"/>
          <w:szCs w:val="28"/>
          <w:lang w:val="es-MX"/>
        </w:rPr>
        <w:t>II. INFORMACIÓN PERSONAL</w:t>
      </w:r>
    </w:p>
    <w:p w14:paraId="24ECB7A9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>Escola</w:t>
      </w:r>
      <w:r w:rsidRPr="00E57268">
        <w:rPr>
          <w:lang w:val="es-MX"/>
        </w:rPr>
        <w:t>ridad: ________________________________</w:t>
      </w:r>
    </w:p>
    <w:p w14:paraId="284E8BC3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>Ocupación: ________________________________</w:t>
      </w:r>
    </w:p>
    <w:p w14:paraId="6854889C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 xml:space="preserve">¿Estudia actualmente?  </w:t>
      </w:r>
      <w:proofErr w:type="gramStart"/>
      <w:r w:rsidRPr="00E57268">
        <w:rPr>
          <w:lang w:val="es-MX"/>
        </w:rPr>
        <w:t>( )</w:t>
      </w:r>
      <w:proofErr w:type="gramEnd"/>
      <w:r w:rsidRPr="00E57268">
        <w:rPr>
          <w:lang w:val="es-MX"/>
        </w:rPr>
        <w:t xml:space="preserve"> Sí   ( ) No</w:t>
      </w:r>
    </w:p>
    <w:p w14:paraId="0E09C189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>Institución (si aplica): ________________________________</w:t>
      </w:r>
    </w:p>
    <w:p w14:paraId="275257B9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 xml:space="preserve">¿Trabaja actualmente?  </w:t>
      </w:r>
      <w:proofErr w:type="gramStart"/>
      <w:r w:rsidRPr="00E57268">
        <w:rPr>
          <w:lang w:val="es-MX"/>
        </w:rPr>
        <w:t>( )</w:t>
      </w:r>
      <w:proofErr w:type="gramEnd"/>
      <w:r w:rsidRPr="00E57268">
        <w:rPr>
          <w:lang w:val="es-MX"/>
        </w:rPr>
        <w:t xml:space="preserve"> Sí   ( ) No</w:t>
      </w:r>
    </w:p>
    <w:p w14:paraId="1CFC1B77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>Lugar de trabajo (si aplica): ______</w:t>
      </w:r>
      <w:r w:rsidRPr="00E57268">
        <w:rPr>
          <w:lang w:val="es-MX"/>
        </w:rPr>
        <w:t>__________________________</w:t>
      </w:r>
    </w:p>
    <w:p w14:paraId="79425D8C" w14:textId="77777777" w:rsidR="00E57268" w:rsidRDefault="009F7DF4">
      <w:pPr>
        <w:rPr>
          <w:lang w:val="es-MX"/>
        </w:rPr>
      </w:pPr>
      <w:r w:rsidRPr="00E57268">
        <w:rPr>
          <w:lang w:val="es-MX"/>
        </w:rPr>
        <w:br/>
      </w:r>
    </w:p>
    <w:p w14:paraId="13537D4F" w14:textId="77777777" w:rsidR="00E57268" w:rsidRDefault="00E57268">
      <w:pPr>
        <w:rPr>
          <w:lang w:val="es-MX"/>
        </w:rPr>
      </w:pPr>
    </w:p>
    <w:p w14:paraId="28B7A963" w14:textId="77777777" w:rsidR="00E57268" w:rsidRDefault="00E57268">
      <w:pPr>
        <w:rPr>
          <w:lang w:val="es-MX"/>
        </w:rPr>
      </w:pPr>
    </w:p>
    <w:p w14:paraId="32D1A6B0" w14:textId="77777777" w:rsidR="00E57268" w:rsidRDefault="00E57268">
      <w:pPr>
        <w:rPr>
          <w:lang w:val="es-MX"/>
        </w:rPr>
      </w:pPr>
    </w:p>
    <w:p w14:paraId="0EB6741B" w14:textId="28E9F7BC" w:rsidR="00AF14DD" w:rsidRPr="00E57268" w:rsidRDefault="009F7DF4">
      <w:pPr>
        <w:rPr>
          <w:sz w:val="28"/>
          <w:szCs w:val="28"/>
          <w:lang w:val="es-MX"/>
        </w:rPr>
      </w:pPr>
      <w:r w:rsidRPr="00E57268">
        <w:rPr>
          <w:sz w:val="28"/>
          <w:szCs w:val="28"/>
          <w:lang w:val="es-MX"/>
        </w:rPr>
        <w:t>III. COMPROMISO CON LA IDENTIDAD TERRITORIAL Y EL ENFOQUE REGENERATIVO</w:t>
      </w:r>
    </w:p>
    <w:p w14:paraId="0890FB6A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>Propuesta (máximo una cuartilla):</w:t>
      </w:r>
    </w:p>
    <w:p w14:paraId="3D09CF8D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>____________________________________________________________</w:t>
      </w:r>
    </w:p>
    <w:p w14:paraId="3C6C16FC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>____________________________________________________________</w:t>
      </w:r>
    </w:p>
    <w:p w14:paraId="19BA9552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>_</w:t>
      </w:r>
      <w:r w:rsidRPr="00E57268">
        <w:rPr>
          <w:lang w:val="es-MX"/>
        </w:rPr>
        <w:t>___________________________________________________________</w:t>
      </w:r>
    </w:p>
    <w:p w14:paraId="25FF211D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>____________________________________________________________</w:t>
      </w:r>
    </w:p>
    <w:p w14:paraId="47A62376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>____________________________________________________________</w:t>
      </w:r>
    </w:p>
    <w:p w14:paraId="4BAB3C1C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br/>
        <w:t>Declaración de respeto a usos y costumbres:</w:t>
      </w:r>
    </w:p>
    <w:p w14:paraId="032DDAA3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>_____________________________</w:t>
      </w:r>
      <w:r w:rsidRPr="00E57268">
        <w:rPr>
          <w:lang w:val="es-MX"/>
        </w:rPr>
        <w:t>_______________________________</w:t>
      </w:r>
    </w:p>
    <w:p w14:paraId="1129583D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>____________________________________________________________</w:t>
      </w:r>
    </w:p>
    <w:p w14:paraId="7A2AD867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>____________________________________________________________</w:t>
      </w:r>
    </w:p>
    <w:p w14:paraId="58BCD9C2" w14:textId="77777777" w:rsidR="00AF14DD" w:rsidRPr="00E57268" w:rsidRDefault="009F7DF4">
      <w:pPr>
        <w:rPr>
          <w:sz w:val="28"/>
          <w:szCs w:val="28"/>
          <w:lang w:val="es-MX"/>
        </w:rPr>
      </w:pPr>
      <w:r w:rsidRPr="00E57268">
        <w:rPr>
          <w:sz w:val="28"/>
          <w:szCs w:val="28"/>
          <w:lang w:val="es-MX"/>
        </w:rPr>
        <w:br/>
        <w:t>Aceptación de representación:</w:t>
      </w:r>
    </w:p>
    <w:p w14:paraId="5FFAC882" w14:textId="77777777" w:rsidR="00AF14DD" w:rsidRPr="00E57268" w:rsidRDefault="009F7DF4">
      <w:pPr>
        <w:rPr>
          <w:lang w:val="es-MX"/>
        </w:rPr>
      </w:pPr>
      <w:proofErr w:type="gramStart"/>
      <w:r w:rsidRPr="00E57268">
        <w:rPr>
          <w:lang w:val="es-MX"/>
        </w:rPr>
        <w:t>( )</w:t>
      </w:r>
      <w:proofErr w:type="gramEnd"/>
      <w:r w:rsidRPr="00E57268">
        <w:rPr>
          <w:lang w:val="es-MX"/>
        </w:rPr>
        <w:t xml:space="preserve"> Acepto desempeñarme como promotora de la cultura local, </w:t>
      </w:r>
      <w:r w:rsidRPr="00E57268">
        <w:rPr>
          <w:lang w:val="es-MX"/>
        </w:rPr>
        <w:t>producción de aguacate, patrimonio y turismo comunitario.</w:t>
      </w:r>
    </w:p>
    <w:p w14:paraId="32EB05AF" w14:textId="77777777" w:rsidR="00AF14DD" w:rsidRPr="00E57268" w:rsidRDefault="009F7DF4">
      <w:pPr>
        <w:rPr>
          <w:sz w:val="28"/>
          <w:szCs w:val="28"/>
          <w:lang w:val="es-MX"/>
        </w:rPr>
      </w:pPr>
      <w:r w:rsidRPr="00E57268">
        <w:rPr>
          <w:lang w:val="es-MX"/>
        </w:rPr>
        <w:br/>
      </w:r>
      <w:r w:rsidRPr="00E57268">
        <w:rPr>
          <w:sz w:val="28"/>
          <w:szCs w:val="28"/>
          <w:lang w:val="es-MX"/>
        </w:rPr>
        <w:t>IV. DOCUMENTOS ANEXOS</w:t>
      </w:r>
    </w:p>
    <w:p w14:paraId="7D45D7F9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>☐</w:t>
      </w:r>
      <w:r w:rsidRPr="00E57268">
        <w:rPr>
          <w:lang w:val="es-MX"/>
        </w:rPr>
        <w:t xml:space="preserve"> Identificación oficial</w:t>
      </w:r>
    </w:p>
    <w:p w14:paraId="7B7B5DA5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>☐</w:t>
      </w:r>
      <w:r w:rsidRPr="00E57268">
        <w:rPr>
          <w:lang w:val="es-MX"/>
        </w:rPr>
        <w:t xml:space="preserve"> Acta de nacimiento</w:t>
      </w:r>
    </w:p>
    <w:p w14:paraId="46C47C40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>☐</w:t>
      </w:r>
      <w:r w:rsidRPr="00E57268">
        <w:rPr>
          <w:lang w:val="es-MX"/>
        </w:rPr>
        <w:t xml:space="preserve"> Comprobante de domicilio</w:t>
      </w:r>
    </w:p>
    <w:p w14:paraId="7ADF8015" w14:textId="77777777" w:rsidR="00AF14DD" w:rsidRPr="00E57268" w:rsidRDefault="009F7DF4">
      <w:pPr>
        <w:rPr>
          <w:lang w:val="es-MX"/>
        </w:rPr>
      </w:pPr>
      <w:r w:rsidRPr="00E57268">
        <w:rPr>
          <w:lang w:val="es-MX"/>
        </w:rPr>
        <w:t>☐</w:t>
      </w:r>
      <w:r w:rsidRPr="00E57268">
        <w:rPr>
          <w:lang w:val="es-MX"/>
        </w:rPr>
        <w:t xml:space="preserve"> Fotografía tipo retrato</w:t>
      </w:r>
    </w:p>
    <w:p w14:paraId="50D14AB5" w14:textId="498C2D97" w:rsidR="00AF14DD" w:rsidRPr="00E57268" w:rsidRDefault="009F7DF4">
      <w:pPr>
        <w:rPr>
          <w:lang w:val="es-MX"/>
        </w:rPr>
      </w:pPr>
      <w:r w:rsidRPr="00E57268">
        <w:rPr>
          <w:lang w:val="es-MX"/>
        </w:rPr>
        <w:t>☐</w:t>
      </w:r>
      <w:r w:rsidRPr="00E57268">
        <w:rPr>
          <w:lang w:val="es-MX"/>
        </w:rPr>
        <w:t xml:space="preserve"> Carta compromiso firmada</w:t>
      </w:r>
    </w:p>
    <w:p w14:paraId="6505C02A" w14:textId="77777777" w:rsidR="00E57268" w:rsidRDefault="00E57268" w:rsidP="00E57268">
      <w:pPr>
        <w:rPr>
          <w:lang w:val="es-MX"/>
        </w:rPr>
      </w:pPr>
    </w:p>
    <w:p w14:paraId="1B8CC1D0" w14:textId="77777777" w:rsidR="00E57268" w:rsidRDefault="00E57268" w:rsidP="00E57268">
      <w:pPr>
        <w:rPr>
          <w:lang w:val="es-MX"/>
        </w:rPr>
      </w:pPr>
    </w:p>
    <w:p w14:paraId="0AB69F2D" w14:textId="77777777" w:rsidR="00E57268" w:rsidRDefault="00E57268" w:rsidP="00E57268">
      <w:pPr>
        <w:rPr>
          <w:lang w:val="es-MX"/>
        </w:rPr>
      </w:pPr>
    </w:p>
    <w:p w14:paraId="318C0E09" w14:textId="77777777" w:rsidR="00E57268" w:rsidRDefault="00E57268" w:rsidP="00E57268">
      <w:pPr>
        <w:rPr>
          <w:lang w:val="es-MX"/>
        </w:rPr>
      </w:pPr>
    </w:p>
    <w:p w14:paraId="76055A41" w14:textId="1B053341" w:rsidR="00E57268" w:rsidRPr="00E57268" w:rsidRDefault="00E57268" w:rsidP="00E57268">
      <w:pPr>
        <w:rPr>
          <w:sz w:val="28"/>
          <w:szCs w:val="28"/>
          <w:lang w:val="es-MX"/>
        </w:rPr>
      </w:pPr>
      <w:r w:rsidRPr="00E57268">
        <w:rPr>
          <w:sz w:val="28"/>
          <w:szCs w:val="28"/>
          <w:lang w:val="es-MX"/>
        </w:rPr>
        <w:t>V. DECLARACIÓN</w:t>
      </w:r>
    </w:p>
    <w:p w14:paraId="46645B36" w14:textId="77777777" w:rsidR="00E57268" w:rsidRPr="00E57268" w:rsidRDefault="00E57268" w:rsidP="00E57268">
      <w:pPr>
        <w:jc w:val="both"/>
        <w:rPr>
          <w:sz w:val="24"/>
          <w:szCs w:val="24"/>
          <w:lang w:val="es-MX"/>
        </w:rPr>
      </w:pPr>
      <w:r w:rsidRPr="00E57268">
        <w:rPr>
          <w:sz w:val="24"/>
          <w:szCs w:val="24"/>
          <w:lang w:val="es-MX"/>
        </w:rPr>
        <w:t>Manifiesto que la información proporcionada en el presente formato es verdadera. Asimismo, declaro haber leído, comprendido y aceptado las bases establecidas en la Convocatoria del Certamen para la Elección de la Reina de la 4.ª Feria del Aguacate 2026, comprometiéndome a cumplir con las disposiciones, actividades y responsabilidades que de ella se deriven.</w:t>
      </w:r>
    </w:p>
    <w:p w14:paraId="082BECFB" w14:textId="130BFA2A" w:rsidR="00AF14DD" w:rsidRPr="00E57268" w:rsidRDefault="00E57268" w:rsidP="00E57268">
      <w:pPr>
        <w:jc w:val="both"/>
        <w:rPr>
          <w:sz w:val="24"/>
          <w:szCs w:val="24"/>
          <w:lang w:val="es-MX"/>
        </w:rPr>
      </w:pPr>
      <w:r w:rsidRPr="00E57268">
        <w:rPr>
          <w:sz w:val="24"/>
          <w:szCs w:val="24"/>
          <w:lang w:val="es-MX"/>
        </w:rPr>
        <w:t>De igual forma, autorizo al Comité Organizador a utilizar la información, fotografías y material audiovisual que proporcione o que sea obtenido durante el desarrollo del certamen y de las actividades oficiales de la Feria del Aguacate, exclusivamente para fines de promoción, difusión, memoria y comunicación institucional del evento, sin fines de lucro.</w:t>
      </w:r>
    </w:p>
    <w:p w14:paraId="182F09E4" w14:textId="77777777" w:rsidR="00AF14DD" w:rsidRPr="00E57268" w:rsidRDefault="009F7DF4" w:rsidP="00E57268">
      <w:pPr>
        <w:jc w:val="both"/>
        <w:rPr>
          <w:sz w:val="24"/>
          <w:szCs w:val="24"/>
        </w:rPr>
      </w:pPr>
      <w:r w:rsidRPr="00E57268">
        <w:rPr>
          <w:sz w:val="24"/>
          <w:szCs w:val="24"/>
          <w:lang w:val="es-MX"/>
        </w:rPr>
        <w:br/>
      </w:r>
      <w:r w:rsidRPr="00E57268">
        <w:rPr>
          <w:sz w:val="24"/>
          <w:szCs w:val="24"/>
        </w:rPr>
        <w:t>Nombre y firma: ________________________________</w:t>
      </w:r>
    </w:p>
    <w:p w14:paraId="5F9B25DA" w14:textId="77777777" w:rsidR="00AF14DD" w:rsidRPr="00E57268" w:rsidRDefault="009F7DF4" w:rsidP="00E57268">
      <w:pPr>
        <w:jc w:val="both"/>
        <w:rPr>
          <w:sz w:val="24"/>
          <w:szCs w:val="24"/>
        </w:rPr>
      </w:pPr>
      <w:r w:rsidRPr="00E57268">
        <w:rPr>
          <w:sz w:val="24"/>
          <w:szCs w:val="24"/>
        </w:rPr>
        <w:t>Fecha: ____ / ____ / 2026</w:t>
      </w:r>
    </w:p>
    <w:sectPr w:rsidR="00AF14DD" w:rsidRPr="00E57268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458D0" w14:textId="77777777" w:rsidR="009F7DF4" w:rsidRDefault="009F7DF4" w:rsidP="00E57268">
      <w:pPr>
        <w:spacing w:after="0" w:line="240" w:lineRule="auto"/>
      </w:pPr>
      <w:r>
        <w:separator/>
      </w:r>
    </w:p>
  </w:endnote>
  <w:endnote w:type="continuationSeparator" w:id="0">
    <w:p w14:paraId="191DF113" w14:textId="77777777" w:rsidR="009F7DF4" w:rsidRDefault="009F7DF4" w:rsidP="00E57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47166" w14:textId="62308BF6" w:rsidR="00E57268" w:rsidRPr="00E57268" w:rsidRDefault="00E57268" w:rsidP="00E57268">
    <w:pPr>
      <w:pStyle w:val="Piedepgina"/>
      <w:jc w:val="center"/>
      <w:rPr>
        <w:sz w:val="20"/>
        <w:szCs w:val="20"/>
        <w:lang w:val="es-MX"/>
      </w:rPr>
    </w:pPr>
    <w:r w:rsidRPr="00E57268">
      <w:rPr>
        <w:sz w:val="20"/>
        <w:szCs w:val="20"/>
        <w:lang w:val="es-MX"/>
      </w:rPr>
      <w:t>San Juan Tepecoculco, Municipio de Atlautla, Estado de México.</w:t>
    </w:r>
  </w:p>
  <w:p w14:paraId="2F958536" w14:textId="626F482B" w:rsidR="00E57268" w:rsidRPr="00E57268" w:rsidRDefault="00E57268" w:rsidP="00E57268">
    <w:pPr>
      <w:pStyle w:val="Piedepgina"/>
      <w:jc w:val="center"/>
      <w:rPr>
        <w:sz w:val="20"/>
        <w:szCs w:val="20"/>
      </w:rPr>
    </w:pPr>
    <w:r w:rsidRPr="00E57268">
      <w:rPr>
        <w:sz w:val="20"/>
        <w:szCs w:val="20"/>
      </w:rPr>
      <w:t>Correos: aguacates_regionvolcanes@hotmail.com comiteferiaaguacate2026@gmail.com WhatsApp: 5545314711 y 5586228191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75AE6" w14:textId="77777777" w:rsidR="009F7DF4" w:rsidRDefault="009F7DF4" w:rsidP="00E57268">
      <w:pPr>
        <w:spacing w:after="0" w:line="240" w:lineRule="auto"/>
      </w:pPr>
      <w:r>
        <w:separator/>
      </w:r>
    </w:p>
  </w:footnote>
  <w:footnote w:type="continuationSeparator" w:id="0">
    <w:p w14:paraId="54BF7415" w14:textId="77777777" w:rsidR="009F7DF4" w:rsidRDefault="009F7DF4" w:rsidP="00E57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41F06" w14:textId="63617523" w:rsidR="00E57268" w:rsidRPr="00E57268" w:rsidRDefault="00E57268" w:rsidP="00E57268">
    <w:pPr>
      <w:pStyle w:val="Encabezado"/>
      <w:jc w:val="center"/>
      <w:rPr>
        <w:lang w:val="es-MX"/>
      </w:rPr>
    </w:pPr>
    <w:r w:rsidRPr="00E57268">
      <w:rPr>
        <w:b/>
        <w:bCs/>
        <w:lang w:val="es-MX"/>
      </w:rPr>
      <w:t>Unión de Productores de Aguacate de la Región de los Volcanes</w:t>
    </w:r>
  </w:p>
  <w:p w14:paraId="01812BAF" w14:textId="2CD7B4AE" w:rsidR="00E57268" w:rsidRPr="00E57268" w:rsidRDefault="00E57268" w:rsidP="00E57268">
    <w:pPr>
      <w:pStyle w:val="Encabezado"/>
      <w:jc w:val="center"/>
      <w:rPr>
        <w:lang w:val="es-MX"/>
      </w:rPr>
    </w:pPr>
    <w:r w:rsidRPr="00E57268">
      <w:rPr>
        <w:b/>
        <w:bCs/>
        <w:lang w:val="es-MX"/>
      </w:rPr>
      <w:t>Comité de la Feria del Aguacate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F7DF4"/>
    <w:rsid w:val="00AA1D8D"/>
    <w:rsid w:val="00AF14DD"/>
    <w:rsid w:val="00B47730"/>
    <w:rsid w:val="00CB0664"/>
    <w:rsid w:val="00E572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3FEB65"/>
  <w14:defaultImageDpi w14:val="300"/>
  <w15:docId w15:val="{2A307FE5-8ED3-445C-8B70-469E4DE8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6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389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usuario</cp:lastModifiedBy>
  <cp:revision>2</cp:revision>
  <dcterms:created xsi:type="dcterms:W3CDTF">2013-12-23T23:15:00Z</dcterms:created>
  <dcterms:modified xsi:type="dcterms:W3CDTF">2026-07-02T00:29:00Z</dcterms:modified>
  <cp:category/>
</cp:coreProperties>
</file>